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uvement insurrectionnel de 187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har oussed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890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