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tif 194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-louis plan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ihab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3700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