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damnés de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Frantz fanon/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9789947212943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