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ثورة بوعمامة 1881- 1908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9789961629345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