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عية العلماء المسلمين الجزائريين التاريخية (1931- 1956) ورؤساؤها الثلا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تركي رابح عمام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2874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