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 Sma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har oussed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894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