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L'algérie des algériens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Mahfoud kaddache/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9789961966211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