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Chroniques d'un massacre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Boucif mekhaled/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9789947984055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