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Barbarie coloniale en afrique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Amar belkhodja/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9789961756843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