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tortionnaires 1830- 1962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9789961903384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