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Européens ;"indigènes" et juifs en algérie (1830- 1962)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Kamel kateb/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9789961486139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