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العربي ولد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9789961672105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