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droile de justice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9789947984130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