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urore des mecht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hmed bencheri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AG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2700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