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ruptures et l'oubli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