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 basse sur alger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Pierre péan/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965193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