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porteurs d'espoir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Jacques charby/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965198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