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صابر الحباشة/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9789957704964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التحليل الأدبي/ التداولية/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