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كيف نقرأ أدب الأطفال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فاضل الكعبي/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الوراق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526ص.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9789957332563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أدب الأطفال/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