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النص الادبي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سعد عبد العزيز مصلوح/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9789772322978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الدراسة الاحصائية للأسلوب/ تنوع المفردات في الأسلوب/ التشخيص الأسلوبي الإحصائي/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