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القيروان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طه علي خليفة الحجازي/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أدب القيروان/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