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الوافي في تيسير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البيان/ البديع/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