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النقد الأدبي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فتحي بوخالفة/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9789957704919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