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مرايا التخييل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9789957024215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