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الشعري وجماليات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