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الشعري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نسيمة راشد الغيث/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القديم/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