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الكتابة والتعبير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سحر سليمان الخليل/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