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مفاهيم أساسية في علم الصرف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سحر سليمان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9789957820930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