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الأصوات النطقي دراسات وصفية 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9789957702373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النطق/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