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ات الخطاب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نور الدين اجع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حجاج/ التداوليات/ الخطاب السياسي/ المناظ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