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والشعر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الرحيم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الخطاب/ السرد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