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الواضح في النحو العربي والصرف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السيد أبو المجد/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9789957382421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