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حسن بدوح/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9789957704988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المحاورة/ التواصل اللساني/ المقاربة الاستدلالية/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