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way of the world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William congreve/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Longman Literature Guides/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9780582023208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