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امين التراث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معة حسين يوسف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