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اتصال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ياد عبد المجي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اتصال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