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العجائبي في السرد العربي القديم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نبيل حمدي الشاهد/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الوراق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417ص.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9789957332587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السرد العربي القديم/ العجائبي/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