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 نحو القرآن الكريم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عماد مجيد على/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المكتب الجامعي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158ص.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80047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النحو العربي/ التضمين/ الحذف و الإضمار/ دراسة نقدية تحليلية/ التنيان في إعراب القرآن/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