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قواعد الإملاء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الكتابة/ الإملاء/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