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عاطف فضل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9789957067830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 الأدبي/ البلاغة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