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الإسلامي والأموي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9789957069063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الإسلامي/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