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النقد العربي القديم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أيمن ابراهيم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الحديث/ المفارقة/ النقد العربي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