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خيرة حمزة العين/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9789957890148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