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الصرف الوافي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9789957790295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تصريف الأسماء/ تصريف الأفعال/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