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مات الترقيم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075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كتابة/ علامات الترق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