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في علم الصرف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حسن سليمان قطناني/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جرير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9789957381981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قواعد اللغة العربية/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