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موشحات لسان الدين بن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الحليم حسين الهروط/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