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مسعود صحراوي/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9789957705046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الخطابة/ الخطاب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