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منتصر عبد القادر الغضنفري/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9789957023799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العصر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