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الوظيفة الجمالية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